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51B15C" w14:textId="6B2688D3" w:rsidR="001E7518" w:rsidRPr="00CF51C2" w:rsidRDefault="00000000" w:rsidP="00CF51C2">
      <w:pPr>
        <w:pStyle w:val="Heading1"/>
        <w:spacing w:before="240" w:after="240" w:line="360" w:lineRule="auto"/>
        <w:rPr>
          <w:sz w:val="40"/>
          <w:szCs w:val="40"/>
        </w:rPr>
      </w:pPr>
      <w:r w:rsidRPr="001E7518">
        <w:rPr>
          <w:rFonts w:ascii="Arial" w:hAnsi="Arial"/>
          <w:sz w:val="40"/>
          <w:szCs w:val="40"/>
        </w:rPr>
        <w:t>Easy-to-Read Survey for ENIL Strategic Plan</w:t>
      </w:r>
    </w:p>
    <w:p w14:paraId="27C9437E" w14:textId="5735D9D9" w:rsidR="00CF51C2" w:rsidRDefault="00000000">
      <w:pPr>
        <w:spacing w:before="240" w:after="240" w:line="36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This survey is about ENIL’s </w:t>
      </w:r>
      <w:proofErr w:type="gramStart"/>
      <w:r>
        <w:rPr>
          <w:rFonts w:ascii="Arial" w:hAnsi="Arial"/>
          <w:sz w:val="28"/>
        </w:rPr>
        <w:t>plans for the future</w:t>
      </w:r>
      <w:proofErr w:type="gramEnd"/>
      <w:r>
        <w:rPr>
          <w:rFonts w:ascii="Arial" w:hAnsi="Arial"/>
          <w:sz w:val="28"/>
        </w:rPr>
        <w:t xml:space="preserve">. </w:t>
      </w:r>
    </w:p>
    <w:p w14:paraId="7B57494D" w14:textId="5E5D1B3D" w:rsidR="00CF51C2" w:rsidRDefault="00000000">
      <w:pPr>
        <w:spacing w:before="240" w:after="240" w:line="36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We want to know what you think. </w:t>
      </w:r>
    </w:p>
    <w:p w14:paraId="0F99FC4E" w14:textId="34D44F49" w:rsidR="002C072C" w:rsidRDefault="00000000">
      <w:pPr>
        <w:spacing w:before="240" w:after="240" w:line="36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Your answers will help us.</w:t>
      </w:r>
    </w:p>
    <w:p w14:paraId="1F6CDB4E" w14:textId="77777777" w:rsidR="00CC65B8" w:rsidRDefault="00CC65B8">
      <w:pPr>
        <w:spacing w:before="240" w:after="240" w:line="36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After you answer the questions, please send this document by e-mail to Kamil </w:t>
      </w:r>
      <w:proofErr w:type="spellStart"/>
      <w:r>
        <w:rPr>
          <w:rFonts w:ascii="Arial" w:hAnsi="Arial"/>
          <w:sz w:val="28"/>
        </w:rPr>
        <w:t>Goungor</w:t>
      </w:r>
      <w:proofErr w:type="spellEnd"/>
      <w:r>
        <w:rPr>
          <w:rFonts w:ascii="Arial" w:hAnsi="Arial"/>
          <w:sz w:val="28"/>
        </w:rPr>
        <w:t>.</w:t>
      </w:r>
    </w:p>
    <w:p w14:paraId="037862AB" w14:textId="22EC5EF9" w:rsidR="00CC65B8" w:rsidRDefault="00CC65B8">
      <w:pPr>
        <w:spacing w:before="240" w:after="240" w:line="36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His e-mail address is </w:t>
      </w:r>
      <w:hyperlink r:id="rId6" w:history="1">
        <w:r w:rsidRPr="000B5ECD">
          <w:rPr>
            <w:rStyle w:val="Hyperlink"/>
            <w:rFonts w:ascii="Arial" w:hAnsi="Arial"/>
            <w:sz w:val="28"/>
          </w:rPr>
          <w:t>kamil.goungor@enil.eu</w:t>
        </w:r>
      </w:hyperlink>
      <w:r>
        <w:rPr>
          <w:rFonts w:ascii="Arial" w:hAnsi="Arial"/>
          <w:sz w:val="28"/>
        </w:rPr>
        <w:t>.</w:t>
      </w:r>
    </w:p>
    <w:p w14:paraId="7DD5EDE4" w14:textId="57F495EF" w:rsidR="001E7518" w:rsidRDefault="001E7518">
      <w:pPr>
        <w:spacing w:before="240" w:after="240" w:line="360" w:lineRule="auto"/>
      </w:pPr>
    </w:p>
    <w:p w14:paraId="217107B7" w14:textId="2AF5259A" w:rsidR="002C072C" w:rsidRPr="001E7518" w:rsidRDefault="00000000">
      <w:pPr>
        <w:pStyle w:val="Heading2"/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1E7518">
        <w:rPr>
          <w:rFonts w:ascii="Arial" w:hAnsi="Arial" w:cs="Arial"/>
          <w:sz w:val="32"/>
          <w:szCs w:val="28"/>
        </w:rPr>
        <w:t>Section 1: About You</w:t>
      </w:r>
    </w:p>
    <w:p w14:paraId="4178CDCF" w14:textId="3843A3F7" w:rsidR="001E7518" w:rsidRDefault="00000000" w:rsidP="001E7518">
      <w:pPr>
        <w:pStyle w:val="Heading3"/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1E7518">
        <w:rPr>
          <w:rFonts w:ascii="Arial" w:hAnsi="Arial" w:cs="Arial"/>
          <w:color w:val="auto"/>
          <w:sz w:val="28"/>
          <w:szCs w:val="28"/>
        </w:rPr>
        <w:t xml:space="preserve">1. Are you answering for yourself or an organization? </w:t>
      </w:r>
    </w:p>
    <w:p w14:paraId="0841C6FC" w14:textId="47BB4755" w:rsidR="002C072C" w:rsidRPr="001E7518" w:rsidRDefault="00CF51C2" w:rsidP="001E7518">
      <w:pPr>
        <w:pStyle w:val="Heading3"/>
        <w:spacing w:line="480" w:lineRule="auto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/>
          <w:b w:val="0"/>
          <w:bCs w:val="0"/>
          <w:noProof/>
          <w:sz w:val="28"/>
        </w:rPr>
        <w:drawing>
          <wp:anchor distT="0" distB="0" distL="114300" distR="114300" simplePos="0" relativeHeight="251808256" behindDoc="1" locked="0" layoutInCell="1" allowOverlap="1" wp14:anchorId="215B2D9C" wp14:editId="5A937419">
            <wp:simplePos x="0" y="0"/>
            <wp:positionH relativeFrom="column">
              <wp:posOffset>4000500</wp:posOffset>
            </wp:positionH>
            <wp:positionV relativeFrom="paragraph">
              <wp:posOffset>494030</wp:posOffset>
            </wp:positionV>
            <wp:extent cx="1592580" cy="1912620"/>
            <wp:effectExtent l="0" t="0" r="7620" b="0"/>
            <wp:wrapNone/>
            <wp:docPr id="46154478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518" w:rsidRPr="001E7518">
        <w:rPr>
          <w:rFonts w:ascii="Arial" w:hAnsi="Arial" w:cs="Arial"/>
          <w:color w:val="auto"/>
          <w:sz w:val="28"/>
          <w:szCs w:val="28"/>
        </w:rPr>
        <w:t>Select</w:t>
      </w:r>
      <w:r w:rsidRPr="001E7518">
        <w:rPr>
          <w:rFonts w:ascii="Arial" w:hAnsi="Arial" w:cs="Arial"/>
          <w:color w:val="auto"/>
          <w:sz w:val="28"/>
          <w:szCs w:val="28"/>
        </w:rPr>
        <w:t xml:space="preserve"> one</w:t>
      </w:r>
      <w:r w:rsidR="001E7518" w:rsidRPr="001E7518">
        <w:rPr>
          <w:rFonts w:ascii="Arial" w:hAnsi="Arial" w:cs="Arial"/>
          <w:color w:val="auto"/>
          <w:sz w:val="28"/>
          <w:szCs w:val="28"/>
        </w:rPr>
        <w:t xml:space="preserve"> adding an X on the box</w:t>
      </w:r>
      <w:r w:rsidRPr="001E7518">
        <w:rPr>
          <w:rFonts w:ascii="Arial" w:hAnsi="Arial" w:cs="Arial"/>
          <w:color w:val="auto"/>
          <w:sz w:val="28"/>
          <w:szCs w:val="28"/>
        </w:rPr>
        <w:t>:</w:t>
      </w:r>
    </w:p>
    <w:p w14:paraId="5E7B5A4E" w14:textId="2E0317F8" w:rsidR="002C072C" w:rsidRDefault="001E7518" w:rsidP="001E7518">
      <w:pPr>
        <w:pStyle w:val="ListParagraph"/>
        <w:numPr>
          <w:ilvl w:val="0"/>
          <w:numId w:val="11"/>
        </w:numPr>
        <w:spacing w:before="240" w:after="240" w:line="480" w:lineRule="auto"/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6AFA6C57" wp14:editId="5C9DE470">
                <wp:simplePos x="0" y="0"/>
                <wp:positionH relativeFrom="column">
                  <wp:posOffset>3592830</wp:posOffset>
                </wp:positionH>
                <wp:positionV relativeFrom="paragraph">
                  <wp:posOffset>519430</wp:posOffset>
                </wp:positionV>
                <wp:extent cx="262890" cy="259080"/>
                <wp:effectExtent l="57150" t="19050" r="80010" b="102870"/>
                <wp:wrapNone/>
                <wp:docPr id="180811172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289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EA68C4" id="Rectángulo 1" o:spid="_x0000_s1026" style="position:absolute;margin-left:282.9pt;margin-top:40.9pt;width:20.7pt;height:20.4pt;flip:x;z-index:25151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5CC38A82" wp14:editId="3950B764">
                <wp:simplePos x="0" y="0"/>
                <wp:positionH relativeFrom="column">
                  <wp:posOffset>2964180</wp:posOffset>
                </wp:positionH>
                <wp:positionV relativeFrom="paragraph">
                  <wp:posOffset>96520</wp:posOffset>
                </wp:positionV>
                <wp:extent cx="274320" cy="259080"/>
                <wp:effectExtent l="57150" t="19050" r="68580" b="102870"/>
                <wp:wrapNone/>
                <wp:docPr id="125594800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D1604C" id="Rectángulo 1" o:spid="_x0000_s1026" style="position:absolute;margin-left:233.4pt;margin-top:7.6pt;width:21.6pt;height:20.4pt;z-index:2515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 w:rsidRPr="001E7518">
        <w:rPr>
          <w:rFonts w:ascii="Arial" w:hAnsi="Arial"/>
          <w:sz w:val="28"/>
        </w:rPr>
        <w:t>Organization (full ENIL member)</w:t>
      </w:r>
    </w:p>
    <w:p w14:paraId="3D445B58" w14:textId="72D1A24F" w:rsidR="002C072C" w:rsidRDefault="001E7518" w:rsidP="001E7518">
      <w:pPr>
        <w:pStyle w:val="ListParagraph"/>
        <w:numPr>
          <w:ilvl w:val="0"/>
          <w:numId w:val="11"/>
        </w:numPr>
        <w:spacing w:before="240" w:after="240" w:line="480" w:lineRule="auto"/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03B6EA88" wp14:editId="6D14351D">
                <wp:simplePos x="0" y="0"/>
                <wp:positionH relativeFrom="column">
                  <wp:posOffset>2286000</wp:posOffset>
                </wp:positionH>
                <wp:positionV relativeFrom="paragraph">
                  <wp:posOffset>347980</wp:posOffset>
                </wp:positionV>
                <wp:extent cx="274320" cy="259080"/>
                <wp:effectExtent l="57150" t="19050" r="68580" b="102870"/>
                <wp:wrapNone/>
                <wp:docPr id="60467654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5A629" id="Rectángulo 1" o:spid="_x0000_s1026" style="position:absolute;margin-left:180pt;margin-top:27.4pt;width:21.6pt;height:20.4pt;z-index:2515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 w:rsidRPr="001E7518">
        <w:rPr>
          <w:rFonts w:ascii="Arial" w:hAnsi="Arial"/>
          <w:sz w:val="28"/>
        </w:rPr>
        <w:t>Organization (associated ENIL member)</w:t>
      </w:r>
      <w:r>
        <w:rPr>
          <w:rFonts w:ascii="Arial" w:hAnsi="Arial"/>
          <w:sz w:val="28"/>
        </w:rPr>
        <w:t xml:space="preserve">  </w:t>
      </w:r>
    </w:p>
    <w:p w14:paraId="02712639" w14:textId="6476FD0D" w:rsidR="002C072C" w:rsidRDefault="001E7518" w:rsidP="001E7518">
      <w:pPr>
        <w:pStyle w:val="ListParagraph"/>
        <w:numPr>
          <w:ilvl w:val="0"/>
          <w:numId w:val="11"/>
        </w:numPr>
        <w:spacing w:before="240" w:after="240" w:line="480" w:lineRule="auto"/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41F16DD9" wp14:editId="2494C6B6">
                <wp:simplePos x="0" y="0"/>
                <wp:positionH relativeFrom="column">
                  <wp:posOffset>2910840</wp:posOffset>
                </wp:positionH>
                <wp:positionV relativeFrom="paragraph">
                  <wp:posOffset>386080</wp:posOffset>
                </wp:positionV>
                <wp:extent cx="274320" cy="259080"/>
                <wp:effectExtent l="57150" t="19050" r="68580" b="102870"/>
                <wp:wrapNone/>
                <wp:docPr id="40538251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0CF789" id="Rectángulo 1" o:spid="_x0000_s1026" style="position:absolute;margin-left:229.2pt;margin-top:30.4pt;width:21.6pt;height:20.4pt;z-index:2515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 w:rsidRPr="001E7518">
        <w:rPr>
          <w:rFonts w:ascii="Arial" w:hAnsi="Arial"/>
          <w:sz w:val="28"/>
        </w:rPr>
        <w:t>Individual member (full)</w:t>
      </w:r>
      <w:r>
        <w:rPr>
          <w:rFonts w:ascii="Arial" w:hAnsi="Arial"/>
          <w:sz w:val="28"/>
        </w:rPr>
        <w:t xml:space="preserve"> </w:t>
      </w:r>
    </w:p>
    <w:p w14:paraId="49D417B9" w14:textId="56119F2E" w:rsidR="002C072C" w:rsidRDefault="001E7518" w:rsidP="001E7518">
      <w:pPr>
        <w:pStyle w:val="ListParagraph"/>
        <w:numPr>
          <w:ilvl w:val="0"/>
          <w:numId w:val="11"/>
        </w:numPr>
        <w:spacing w:before="240" w:after="240" w:line="480" w:lineRule="auto"/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30B38F22" wp14:editId="19053584">
                <wp:simplePos x="0" y="0"/>
                <wp:positionH relativeFrom="column">
                  <wp:posOffset>2034540</wp:posOffset>
                </wp:positionH>
                <wp:positionV relativeFrom="paragraph">
                  <wp:posOffset>355600</wp:posOffset>
                </wp:positionV>
                <wp:extent cx="274320" cy="259080"/>
                <wp:effectExtent l="57150" t="19050" r="68580" b="102870"/>
                <wp:wrapNone/>
                <wp:docPr id="208314275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AA328" id="Rectángulo 1" o:spid="_x0000_s1026" style="position:absolute;margin-left:160.2pt;margin-top:28pt;width:21.6pt;height:20.4pt;z-index:25154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 w:rsidRPr="001E7518">
        <w:rPr>
          <w:rFonts w:ascii="Arial" w:hAnsi="Arial"/>
          <w:sz w:val="28"/>
        </w:rPr>
        <w:t>Individual member (associated)</w:t>
      </w:r>
      <w:r>
        <w:rPr>
          <w:rFonts w:ascii="Arial" w:hAnsi="Arial"/>
          <w:sz w:val="28"/>
        </w:rPr>
        <w:t xml:space="preserve"> </w:t>
      </w:r>
    </w:p>
    <w:p w14:paraId="2D07AB95" w14:textId="54A77587" w:rsidR="001E7518" w:rsidRPr="00BC5BA8" w:rsidRDefault="00000000" w:rsidP="001E7518">
      <w:pPr>
        <w:pStyle w:val="ListParagraph"/>
        <w:numPr>
          <w:ilvl w:val="0"/>
          <w:numId w:val="11"/>
        </w:numPr>
        <w:spacing w:before="240" w:after="240" w:line="480" w:lineRule="auto"/>
      </w:pPr>
      <w:r w:rsidRPr="001E7518">
        <w:rPr>
          <w:rFonts w:ascii="Arial" w:hAnsi="Arial"/>
          <w:sz w:val="28"/>
        </w:rPr>
        <w:t>ENIL Youth Network</w:t>
      </w:r>
      <w:r w:rsidR="001E7518">
        <w:rPr>
          <w:rFonts w:ascii="Arial" w:hAnsi="Arial"/>
          <w:sz w:val="28"/>
        </w:rPr>
        <w:t xml:space="preserve">  </w:t>
      </w:r>
    </w:p>
    <w:p w14:paraId="30CDC3E2" w14:textId="13DAECB3" w:rsidR="00BC5BA8" w:rsidRDefault="00BC5BA8" w:rsidP="001E7518">
      <w:pPr>
        <w:spacing w:before="240" w:after="240" w:line="480" w:lineRule="auto"/>
        <w:rPr>
          <w:rFonts w:ascii="Arial" w:hAnsi="Arial"/>
          <w:b/>
          <w:bCs/>
          <w:sz w:val="28"/>
        </w:rPr>
      </w:pPr>
    </w:p>
    <w:p w14:paraId="2750B3EF" w14:textId="50B74D38" w:rsidR="00BC5BA8" w:rsidRDefault="00CC65B8" w:rsidP="001E7518">
      <w:pPr>
        <w:spacing w:before="240" w:after="240" w:line="480" w:lineRule="auto"/>
        <w:rPr>
          <w:rFonts w:ascii="Arial" w:hAnsi="Arial"/>
          <w:b/>
          <w:bCs/>
          <w:sz w:val="28"/>
        </w:rPr>
      </w:pPr>
      <w:r>
        <w:rPr>
          <w:rFonts w:ascii="Arial" w:hAnsi="Arial"/>
          <w:b/>
          <w:bCs/>
          <w:noProof/>
          <w:sz w:val="28"/>
        </w:rPr>
        <w:lastRenderedPageBreak/>
        <w:drawing>
          <wp:anchor distT="0" distB="0" distL="114300" distR="114300" simplePos="0" relativeHeight="251799040" behindDoc="1" locked="0" layoutInCell="1" allowOverlap="1" wp14:anchorId="7F5128DE" wp14:editId="4BDF5628">
            <wp:simplePos x="0" y="0"/>
            <wp:positionH relativeFrom="column">
              <wp:posOffset>3908767</wp:posOffset>
            </wp:positionH>
            <wp:positionV relativeFrom="paragraph">
              <wp:posOffset>176725</wp:posOffset>
            </wp:positionV>
            <wp:extent cx="1618339" cy="1683385"/>
            <wp:effectExtent l="0" t="0" r="1270" b="0"/>
            <wp:wrapNone/>
            <wp:docPr id="46746638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39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1E7518">
        <w:rPr>
          <w:rFonts w:ascii="Arial" w:hAnsi="Arial"/>
          <w:b/>
          <w:bCs/>
          <w:sz w:val="28"/>
        </w:rPr>
        <w:t xml:space="preserve">2. What country do you live in? </w:t>
      </w:r>
    </w:p>
    <w:p w14:paraId="32BD9AF1" w14:textId="2E0510D4" w:rsidR="002C072C" w:rsidRPr="001E7518" w:rsidRDefault="00000000" w:rsidP="001E7518">
      <w:pPr>
        <w:spacing w:before="240" w:after="240" w:line="480" w:lineRule="auto"/>
        <w:rPr>
          <w:b/>
          <w:bCs/>
        </w:rPr>
      </w:pPr>
      <w:r w:rsidRPr="001E7518">
        <w:rPr>
          <w:rFonts w:ascii="Arial" w:hAnsi="Arial"/>
          <w:b/>
          <w:bCs/>
          <w:sz w:val="28"/>
        </w:rPr>
        <w:t>Write your answer below:</w:t>
      </w:r>
      <w:r w:rsidR="00CF51C2">
        <w:rPr>
          <w:rFonts w:ascii="Arial" w:hAnsi="Arial"/>
          <w:b/>
          <w:bCs/>
          <w:sz w:val="28"/>
        </w:rPr>
        <w:t xml:space="preserve">     </w:t>
      </w:r>
    </w:p>
    <w:p w14:paraId="2EEDE80B" w14:textId="77777777" w:rsidR="002C072C" w:rsidRDefault="00000000">
      <w:pPr>
        <w:spacing w:before="240" w:after="240" w:line="36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  - _________________</w:t>
      </w:r>
    </w:p>
    <w:p w14:paraId="392ACCD4" w14:textId="77777777" w:rsidR="00CC65B8" w:rsidRDefault="00CC65B8" w:rsidP="001E7518">
      <w:pPr>
        <w:pStyle w:val="Heading3"/>
        <w:spacing w:line="480" w:lineRule="auto"/>
        <w:rPr>
          <w:rFonts w:ascii="Arial" w:hAnsi="Arial"/>
          <w:color w:val="auto"/>
          <w:sz w:val="28"/>
        </w:rPr>
      </w:pPr>
    </w:p>
    <w:p w14:paraId="0015E060" w14:textId="10E841A3" w:rsidR="001E7518" w:rsidRDefault="00000000" w:rsidP="001E7518">
      <w:pPr>
        <w:pStyle w:val="Heading3"/>
        <w:spacing w:line="480" w:lineRule="auto"/>
        <w:rPr>
          <w:rFonts w:ascii="Arial" w:hAnsi="Arial"/>
          <w:color w:val="auto"/>
          <w:sz w:val="28"/>
        </w:rPr>
      </w:pPr>
      <w:r w:rsidRPr="001E7518">
        <w:rPr>
          <w:rFonts w:ascii="Arial" w:hAnsi="Arial"/>
          <w:color w:val="auto"/>
          <w:sz w:val="28"/>
        </w:rPr>
        <w:t xml:space="preserve">3. How long have you been part of ENIL? </w:t>
      </w:r>
    </w:p>
    <w:p w14:paraId="70810354" w14:textId="0F33652A" w:rsidR="001E7518" w:rsidRPr="001E7518" w:rsidRDefault="00BC5BA8" w:rsidP="001E7518">
      <w:pPr>
        <w:pStyle w:val="Heading3"/>
        <w:spacing w:line="480" w:lineRule="auto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/>
          <w:noProof/>
          <w:sz w:val="28"/>
        </w:rPr>
        <w:drawing>
          <wp:anchor distT="0" distB="0" distL="114300" distR="114300" simplePos="0" relativeHeight="251755008" behindDoc="1" locked="0" layoutInCell="1" allowOverlap="1" wp14:anchorId="17B6E122" wp14:editId="1286748B">
            <wp:simplePos x="0" y="0"/>
            <wp:positionH relativeFrom="column">
              <wp:posOffset>2827020</wp:posOffset>
            </wp:positionH>
            <wp:positionV relativeFrom="paragraph">
              <wp:posOffset>398780</wp:posOffset>
            </wp:positionV>
            <wp:extent cx="2750820" cy="2499360"/>
            <wp:effectExtent l="0" t="0" r="0" b="0"/>
            <wp:wrapNone/>
            <wp:docPr id="67255813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518" w:rsidRPr="001E7518">
        <w:rPr>
          <w:rFonts w:ascii="Arial" w:hAnsi="Arial" w:cs="Arial"/>
          <w:color w:val="auto"/>
          <w:sz w:val="28"/>
          <w:szCs w:val="28"/>
        </w:rPr>
        <w:t>Select one adding an X on the box:</w:t>
      </w:r>
    </w:p>
    <w:p w14:paraId="28982E5C" w14:textId="20CEC9AE" w:rsidR="002C072C" w:rsidRDefault="001E7518" w:rsidP="001E7518">
      <w:pPr>
        <w:spacing w:before="240" w:after="240" w:line="480" w:lineRule="auto"/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423581F5" wp14:editId="205ECA1B">
                <wp:simplePos x="0" y="0"/>
                <wp:positionH relativeFrom="column">
                  <wp:posOffset>1341120</wp:posOffset>
                </wp:positionH>
                <wp:positionV relativeFrom="paragraph">
                  <wp:posOffset>678815</wp:posOffset>
                </wp:positionV>
                <wp:extent cx="274320" cy="259080"/>
                <wp:effectExtent l="57150" t="19050" r="68580" b="102870"/>
                <wp:wrapNone/>
                <wp:docPr id="135336991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8741C" id="Rectángulo 1" o:spid="_x0000_s1026" style="position:absolute;margin-left:105.6pt;margin-top:53.45pt;width:21.6pt;height:20.4pt;z-index:25156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36E4911F" wp14:editId="38C41A41">
                <wp:simplePos x="0" y="0"/>
                <wp:positionH relativeFrom="column">
                  <wp:posOffset>1607820</wp:posOffset>
                </wp:positionH>
                <wp:positionV relativeFrom="paragraph">
                  <wp:posOffset>101600</wp:posOffset>
                </wp:positionV>
                <wp:extent cx="274320" cy="259080"/>
                <wp:effectExtent l="57150" t="19050" r="68580" b="102870"/>
                <wp:wrapNone/>
                <wp:docPr id="198350038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48508" id="Rectángulo 1" o:spid="_x0000_s1026" style="position:absolute;margin-left:126.6pt;margin-top:8pt;width:21.6pt;height:20.4pt;z-index:25155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/>
          <w:sz w:val="28"/>
        </w:rPr>
        <w:t xml:space="preserve">  - Less than 1 year </w:t>
      </w:r>
    </w:p>
    <w:p w14:paraId="713746FA" w14:textId="290A678D" w:rsidR="002C072C" w:rsidRDefault="001E7518" w:rsidP="001E7518">
      <w:pPr>
        <w:spacing w:before="240" w:after="240" w:line="480" w:lineRule="auto"/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55E47063" wp14:editId="4FA859C6">
                <wp:simplePos x="0" y="0"/>
                <wp:positionH relativeFrom="column">
                  <wp:posOffset>1356360</wp:posOffset>
                </wp:positionH>
                <wp:positionV relativeFrom="paragraph">
                  <wp:posOffset>518795</wp:posOffset>
                </wp:positionV>
                <wp:extent cx="274320" cy="259080"/>
                <wp:effectExtent l="57150" t="19050" r="68580" b="102870"/>
                <wp:wrapNone/>
                <wp:docPr id="56006882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59ED6" id="Rectángulo 1" o:spid="_x0000_s1026" style="position:absolute;margin-left:106.8pt;margin-top:40.85pt;width:21.6pt;height:20.4pt;z-index:25156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/>
          <w:sz w:val="28"/>
        </w:rPr>
        <w:t xml:space="preserve">  - 1 to 5 years </w:t>
      </w:r>
    </w:p>
    <w:p w14:paraId="70AAD091" w14:textId="5BA69546" w:rsidR="002C072C" w:rsidRDefault="001E7518" w:rsidP="001E7518">
      <w:pPr>
        <w:spacing w:before="240" w:after="240" w:line="480" w:lineRule="auto"/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4B9450F4" wp14:editId="08168BEC">
                <wp:simplePos x="0" y="0"/>
                <wp:positionH relativeFrom="column">
                  <wp:posOffset>1874520</wp:posOffset>
                </wp:positionH>
                <wp:positionV relativeFrom="paragraph">
                  <wp:posOffset>503555</wp:posOffset>
                </wp:positionV>
                <wp:extent cx="274320" cy="259080"/>
                <wp:effectExtent l="57150" t="19050" r="68580" b="102870"/>
                <wp:wrapNone/>
                <wp:docPr id="188083560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2036F" id="Rectángulo 1" o:spid="_x0000_s1026" style="position:absolute;margin-left:147.6pt;margin-top:39.65pt;width:21.6pt;height:20.4pt;z-index:25157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/>
          <w:sz w:val="28"/>
        </w:rPr>
        <w:t xml:space="preserve">  - 6 to 10 years </w:t>
      </w:r>
    </w:p>
    <w:p w14:paraId="64102C4E" w14:textId="06C6F465" w:rsidR="002C072C" w:rsidRDefault="00000000" w:rsidP="001E7518">
      <w:pPr>
        <w:spacing w:before="240" w:after="240" w:line="48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  - More than 11 years</w:t>
      </w:r>
      <w:r w:rsidR="001E7518">
        <w:rPr>
          <w:rFonts w:ascii="Arial" w:hAnsi="Arial"/>
          <w:sz w:val="28"/>
        </w:rPr>
        <w:t xml:space="preserve"> </w:t>
      </w:r>
    </w:p>
    <w:p w14:paraId="0A2FD38B" w14:textId="182DCBDB" w:rsidR="001E7518" w:rsidRDefault="001E7518">
      <w:pPr>
        <w:spacing w:before="240" w:after="240" w:line="360" w:lineRule="auto"/>
      </w:pPr>
    </w:p>
    <w:p w14:paraId="5B80A040" w14:textId="13B84D53" w:rsidR="002C072C" w:rsidRPr="001E7518" w:rsidRDefault="00000000">
      <w:pPr>
        <w:pStyle w:val="Heading2"/>
        <w:spacing w:before="240" w:after="240" w:line="360" w:lineRule="auto"/>
        <w:rPr>
          <w:sz w:val="28"/>
          <w:szCs w:val="28"/>
        </w:rPr>
      </w:pPr>
      <w:r w:rsidRPr="001E7518">
        <w:rPr>
          <w:rFonts w:ascii="Arial" w:hAnsi="Arial"/>
          <w:sz w:val="32"/>
          <w:szCs w:val="28"/>
        </w:rPr>
        <w:t>Section 2: ENIL’s Vision</w:t>
      </w:r>
    </w:p>
    <w:p w14:paraId="70909103" w14:textId="0D5AC01C" w:rsidR="002C072C" w:rsidRDefault="00000000" w:rsidP="00835C32">
      <w:pPr>
        <w:spacing w:before="240" w:after="240" w:line="480" w:lineRule="auto"/>
      </w:pPr>
      <w:r>
        <w:rPr>
          <w:rFonts w:ascii="Arial" w:hAnsi="Arial"/>
          <w:sz w:val="28"/>
        </w:rPr>
        <w:t>ENIL wants Europe to be a place where all disabled people:</w:t>
      </w:r>
      <w:r>
        <w:rPr>
          <w:rFonts w:ascii="Arial" w:hAnsi="Arial"/>
          <w:sz w:val="28"/>
        </w:rPr>
        <w:br/>
        <w:t>- Can make choices about their lives.</w:t>
      </w:r>
      <w:r>
        <w:rPr>
          <w:rFonts w:ascii="Arial" w:hAnsi="Arial"/>
          <w:sz w:val="28"/>
        </w:rPr>
        <w:br/>
        <w:t>- Are respected and included in the community.</w:t>
      </w:r>
      <w:r>
        <w:rPr>
          <w:rFonts w:ascii="Arial" w:hAnsi="Arial"/>
          <w:sz w:val="28"/>
        </w:rPr>
        <w:br/>
        <w:t>- Enjoy their human rights.</w:t>
      </w:r>
    </w:p>
    <w:p w14:paraId="22F83F48" w14:textId="6D889F47" w:rsidR="00835C32" w:rsidRPr="002A3D89" w:rsidRDefault="002A3D89" w:rsidP="002A3D89">
      <w:pPr>
        <w:pStyle w:val="Heading3"/>
        <w:spacing w:line="360" w:lineRule="auto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/>
          <w:noProof/>
          <w:sz w:val="28"/>
        </w:rPr>
        <w:lastRenderedPageBreak/>
        <w:drawing>
          <wp:anchor distT="0" distB="0" distL="114300" distR="114300" simplePos="0" relativeHeight="251752960" behindDoc="1" locked="0" layoutInCell="1" allowOverlap="1" wp14:anchorId="31B6686A" wp14:editId="0689669E">
            <wp:simplePos x="0" y="0"/>
            <wp:positionH relativeFrom="column">
              <wp:posOffset>3596640</wp:posOffset>
            </wp:positionH>
            <wp:positionV relativeFrom="paragraph">
              <wp:posOffset>19050</wp:posOffset>
            </wp:positionV>
            <wp:extent cx="2171700" cy="2171700"/>
            <wp:effectExtent l="0" t="0" r="0" b="0"/>
            <wp:wrapNone/>
            <wp:docPr id="66542007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D89">
        <w:rPr>
          <w:rFonts w:ascii="Arial" w:hAnsi="Arial" w:cs="Arial"/>
          <w:color w:val="auto"/>
          <w:sz w:val="28"/>
          <w:szCs w:val="28"/>
        </w:rPr>
        <w:t xml:space="preserve">4. Do you think ENIL’s vision is good? </w:t>
      </w:r>
    </w:p>
    <w:p w14:paraId="75181127" w14:textId="51A78724" w:rsidR="002C072C" w:rsidRPr="002A3D89" w:rsidRDefault="00835C32" w:rsidP="002A3D89">
      <w:pPr>
        <w:pStyle w:val="Heading3"/>
        <w:spacing w:line="360" w:lineRule="auto"/>
        <w:rPr>
          <w:rFonts w:ascii="Arial" w:hAnsi="Arial" w:cs="Arial"/>
          <w:color w:val="auto"/>
          <w:sz w:val="28"/>
          <w:szCs w:val="28"/>
        </w:rPr>
      </w:pPr>
      <w:r w:rsidRPr="002A3D89">
        <w:rPr>
          <w:rFonts w:ascii="Arial" w:hAnsi="Arial" w:cs="Arial"/>
          <w:color w:val="auto"/>
          <w:sz w:val="28"/>
          <w:szCs w:val="36"/>
        </w:rPr>
        <w:t>Select one adding an X on the box:</w:t>
      </w:r>
    </w:p>
    <w:p w14:paraId="3757091E" w14:textId="7CC450C4" w:rsidR="002C072C" w:rsidRDefault="00835C32">
      <w:pPr>
        <w:spacing w:before="240" w:after="240" w:line="360" w:lineRule="auto"/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1E678E1E" wp14:editId="449F1235">
                <wp:simplePos x="0" y="0"/>
                <wp:positionH relativeFrom="column">
                  <wp:posOffset>594360</wp:posOffset>
                </wp:positionH>
                <wp:positionV relativeFrom="paragraph">
                  <wp:posOffset>561340</wp:posOffset>
                </wp:positionV>
                <wp:extent cx="274320" cy="259080"/>
                <wp:effectExtent l="57150" t="19050" r="68580" b="102870"/>
                <wp:wrapNone/>
                <wp:docPr id="206748582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D636F" id="Rectángulo 1" o:spid="_x0000_s1026" style="position:absolute;margin-left:46.8pt;margin-top:44.2pt;width:21.6pt;height:20.4pt;z-index:25157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3AD709B8" wp14:editId="22F8F511">
                <wp:simplePos x="0" y="0"/>
                <wp:positionH relativeFrom="column">
                  <wp:posOffset>590550</wp:posOffset>
                </wp:positionH>
                <wp:positionV relativeFrom="paragraph">
                  <wp:posOffset>89535</wp:posOffset>
                </wp:positionV>
                <wp:extent cx="274320" cy="278130"/>
                <wp:effectExtent l="57150" t="19050" r="68580" b="102870"/>
                <wp:wrapNone/>
                <wp:docPr id="29975189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66251" id="Rectángulo 1" o:spid="_x0000_s1026" style="position:absolute;margin-left:46.5pt;margin-top:7.05pt;width:21.6pt;height:21.9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/>
          <w:sz w:val="28"/>
        </w:rPr>
        <w:t xml:space="preserve">  - Yes </w:t>
      </w:r>
    </w:p>
    <w:p w14:paraId="64BFFF91" w14:textId="77777777" w:rsidR="002A3D89" w:rsidRDefault="00835C32">
      <w:pPr>
        <w:spacing w:before="240" w:after="240" w:line="360" w:lineRule="auto"/>
        <w:rPr>
          <w:rFonts w:ascii="Arial" w:hAnsi="Arial"/>
          <w:sz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5CAD1FFC" wp14:editId="776A0A60">
                <wp:simplePos x="0" y="0"/>
                <wp:positionH relativeFrom="column">
                  <wp:posOffset>960120</wp:posOffset>
                </wp:positionH>
                <wp:positionV relativeFrom="paragraph">
                  <wp:posOffset>416560</wp:posOffset>
                </wp:positionV>
                <wp:extent cx="274320" cy="259080"/>
                <wp:effectExtent l="57150" t="19050" r="68580" b="102870"/>
                <wp:wrapNone/>
                <wp:docPr id="146220212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28A36" id="Rectángulo 1" o:spid="_x0000_s1026" style="position:absolute;margin-left:75.6pt;margin-top:32.8pt;width:21.6pt;height:20.4pt;z-index:25157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/>
          <w:sz w:val="28"/>
        </w:rPr>
        <w:t xml:space="preserve">  - No </w:t>
      </w:r>
    </w:p>
    <w:p w14:paraId="6EC375DD" w14:textId="102ACF3E" w:rsidR="002C072C" w:rsidRDefault="00000000">
      <w:pPr>
        <w:spacing w:before="240" w:after="240" w:line="360" w:lineRule="auto"/>
      </w:pPr>
      <w:r>
        <w:rPr>
          <w:rFonts w:ascii="Arial" w:hAnsi="Arial"/>
          <w:sz w:val="28"/>
        </w:rPr>
        <w:t xml:space="preserve">  - Not sure</w:t>
      </w:r>
      <w:r w:rsidR="00835C32">
        <w:rPr>
          <w:rFonts w:ascii="Arial" w:hAnsi="Arial"/>
          <w:sz w:val="28"/>
        </w:rPr>
        <w:t xml:space="preserve"> </w:t>
      </w:r>
    </w:p>
    <w:p w14:paraId="460DB7C3" w14:textId="709257EE" w:rsidR="00CC65B8" w:rsidRDefault="00CC65B8" w:rsidP="002A3D89">
      <w:pPr>
        <w:pStyle w:val="Heading3"/>
        <w:spacing w:line="360" w:lineRule="auto"/>
        <w:rPr>
          <w:rFonts w:ascii="Arial" w:hAnsi="Arial" w:cs="Arial"/>
          <w:color w:val="auto"/>
          <w:sz w:val="28"/>
          <w:szCs w:val="28"/>
        </w:rPr>
      </w:pPr>
    </w:p>
    <w:p w14:paraId="7F91BF2B" w14:textId="394441EB" w:rsidR="00CC65B8" w:rsidRDefault="00CC65B8" w:rsidP="002A3D89">
      <w:pPr>
        <w:pStyle w:val="Heading3"/>
        <w:spacing w:line="360" w:lineRule="auto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noProof/>
          <w:color w:val="auto"/>
          <w:sz w:val="28"/>
          <w:szCs w:val="28"/>
        </w:rPr>
        <w:drawing>
          <wp:anchor distT="0" distB="0" distL="114300" distR="114300" simplePos="0" relativeHeight="251790848" behindDoc="1" locked="0" layoutInCell="1" allowOverlap="1" wp14:anchorId="45350883" wp14:editId="5B7F5C61">
            <wp:simplePos x="0" y="0"/>
            <wp:positionH relativeFrom="column">
              <wp:posOffset>4515485</wp:posOffset>
            </wp:positionH>
            <wp:positionV relativeFrom="paragraph">
              <wp:posOffset>142826</wp:posOffset>
            </wp:positionV>
            <wp:extent cx="1251180" cy="1219200"/>
            <wp:effectExtent l="0" t="0" r="6350" b="0"/>
            <wp:wrapNone/>
            <wp:docPr id="42355945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18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B4E39" w14:textId="3D3A45BA" w:rsidR="00835C32" w:rsidRPr="002A3D89" w:rsidRDefault="00143657" w:rsidP="002A3D89">
      <w:pPr>
        <w:pStyle w:val="Heading3"/>
        <w:spacing w:line="360" w:lineRule="auto"/>
        <w:rPr>
          <w:rFonts w:ascii="Arial" w:hAnsi="Arial" w:cs="Arial"/>
          <w:color w:val="auto"/>
          <w:sz w:val="28"/>
          <w:szCs w:val="28"/>
        </w:rPr>
      </w:pPr>
      <w:r w:rsidRPr="002A3D89">
        <w:rPr>
          <w:rFonts w:ascii="Arial" w:hAnsi="Arial" w:cs="Arial"/>
          <w:color w:val="auto"/>
          <w:sz w:val="28"/>
          <w:szCs w:val="28"/>
        </w:rPr>
        <w:t xml:space="preserve">5. What would you add or change? </w:t>
      </w:r>
    </w:p>
    <w:p w14:paraId="5B8DA27C" w14:textId="1958E238" w:rsidR="002C072C" w:rsidRPr="002A3D89" w:rsidRDefault="00000000" w:rsidP="002A3D89">
      <w:pPr>
        <w:pStyle w:val="Heading3"/>
        <w:spacing w:line="360" w:lineRule="auto"/>
        <w:rPr>
          <w:rFonts w:ascii="Arial" w:hAnsi="Arial" w:cs="Arial"/>
          <w:color w:val="auto"/>
          <w:sz w:val="28"/>
          <w:szCs w:val="28"/>
        </w:rPr>
      </w:pPr>
      <w:r w:rsidRPr="002A3D89">
        <w:rPr>
          <w:rFonts w:ascii="Arial" w:hAnsi="Arial" w:cs="Arial"/>
          <w:color w:val="auto"/>
          <w:sz w:val="28"/>
          <w:szCs w:val="28"/>
        </w:rPr>
        <w:t>Write your answer below:</w:t>
      </w:r>
    </w:p>
    <w:p w14:paraId="639F4AFB" w14:textId="5CAFD508" w:rsidR="002C072C" w:rsidRDefault="00000000" w:rsidP="00835C32">
      <w:pPr>
        <w:spacing w:before="240" w:after="240" w:line="48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_________________</w:t>
      </w:r>
      <w:r w:rsidR="00835C32">
        <w:rPr>
          <w:rFonts w:ascii="Arial" w:hAnsi="Arial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12CA8B" w14:textId="3B1C94A4" w:rsidR="00835C32" w:rsidRDefault="00835C32"/>
    <w:p w14:paraId="592A00F3" w14:textId="77777777" w:rsidR="00CC65B8" w:rsidRDefault="00CC65B8">
      <w:pPr>
        <w:rPr>
          <w:rFonts w:ascii="Arial" w:eastAsiaTheme="majorEastAsia" w:hAnsi="Arial" w:cstheme="majorBidi"/>
          <w:b/>
          <w:bCs/>
          <w:color w:val="4F81BD" w:themeColor="accent1"/>
          <w:sz w:val="28"/>
          <w:szCs w:val="26"/>
        </w:rPr>
      </w:pPr>
      <w:r>
        <w:rPr>
          <w:rFonts w:ascii="Arial" w:hAnsi="Arial"/>
          <w:sz w:val="28"/>
        </w:rPr>
        <w:br w:type="page"/>
      </w:r>
    </w:p>
    <w:p w14:paraId="710C7A83" w14:textId="22595BF8" w:rsidR="002C072C" w:rsidRDefault="00000000">
      <w:pPr>
        <w:pStyle w:val="Heading2"/>
        <w:spacing w:before="240" w:after="240" w:line="360" w:lineRule="auto"/>
      </w:pPr>
      <w:r>
        <w:rPr>
          <w:rFonts w:ascii="Arial" w:hAnsi="Arial"/>
          <w:sz w:val="28"/>
        </w:rPr>
        <w:lastRenderedPageBreak/>
        <w:t>Section 3: Important Topics</w:t>
      </w:r>
    </w:p>
    <w:p w14:paraId="55C0C22E" w14:textId="197CE920" w:rsidR="00835C32" w:rsidRPr="002A3D89" w:rsidRDefault="00000000" w:rsidP="00835C32">
      <w:pPr>
        <w:pStyle w:val="Heading3"/>
        <w:rPr>
          <w:rFonts w:ascii="Arial" w:hAnsi="Arial" w:cs="Arial"/>
          <w:color w:val="auto"/>
          <w:sz w:val="28"/>
          <w:szCs w:val="28"/>
        </w:rPr>
      </w:pPr>
      <w:r w:rsidRPr="002A3D89">
        <w:rPr>
          <w:rFonts w:ascii="Arial" w:hAnsi="Arial" w:cs="Arial"/>
          <w:color w:val="auto"/>
          <w:sz w:val="28"/>
          <w:szCs w:val="28"/>
        </w:rPr>
        <w:t xml:space="preserve">6. Which topics are most important for ENIL? </w:t>
      </w:r>
    </w:p>
    <w:p w14:paraId="06C4F30C" w14:textId="75C19D99" w:rsidR="002C072C" w:rsidRPr="002A3D89" w:rsidRDefault="00BC5BA8" w:rsidP="00835C32">
      <w:pPr>
        <w:pStyle w:val="Heading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/>
          <w:noProof/>
          <w:sz w:val="28"/>
        </w:rPr>
        <w:drawing>
          <wp:anchor distT="0" distB="0" distL="114300" distR="114300" simplePos="0" relativeHeight="251761152" behindDoc="1" locked="0" layoutInCell="1" allowOverlap="1" wp14:anchorId="33E6B580" wp14:editId="4EBF8D98">
            <wp:simplePos x="0" y="0"/>
            <wp:positionH relativeFrom="column">
              <wp:posOffset>3776980</wp:posOffset>
            </wp:positionH>
            <wp:positionV relativeFrom="paragraph">
              <wp:posOffset>295275</wp:posOffset>
            </wp:positionV>
            <wp:extent cx="960674" cy="1119059"/>
            <wp:effectExtent l="0" t="0" r="0" b="5080"/>
            <wp:wrapNone/>
            <wp:docPr id="125394222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74" cy="111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C32" w:rsidRPr="002A3D89">
        <w:rPr>
          <w:rFonts w:ascii="Arial" w:hAnsi="Arial" w:cs="Arial"/>
          <w:color w:val="auto"/>
          <w:sz w:val="28"/>
          <w:szCs w:val="36"/>
        </w:rPr>
        <w:t>Select 4 adding an X on the box:</w:t>
      </w:r>
    </w:p>
    <w:p w14:paraId="4CACC5C9" w14:textId="0BD4976B" w:rsidR="002C072C" w:rsidRDefault="00835C32" w:rsidP="00835C32">
      <w:pPr>
        <w:spacing w:before="240" w:after="240" w:line="480" w:lineRule="auto"/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71EE4AF" wp14:editId="1B44AFA5">
                <wp:simplePos x="0" y="0"/>
                <wp:positionH relativeFrom="column">
                  <wp:posOffset>2217420</wp:posOffset>
                </wp:positionH>
                <wp:positionV relativeFrom="paragraph">
                  <wp:posOffset>702945</wp:posOffset>
                </wp:positionV>
                <wp:extent cx="274320" cy="278130"/>
                <wp:effectExtent l="57150" t="19050" r="68580" b="102870"/>
                <wp:wrapNone/>
                <wp:docPr id="389514834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87D2E" id="Rectángulo 1" o:spid="_x0000_s1026" style="position:absolute;margin-left:174.6pt;margin-top:55.35pt;width:21.6pt;height:21.9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8C1FFAF" wp14:editId="5EA5878E">
                <wp:simplePos x="0" y="0"/>
                <wp:positionH relativeFrom="column">
                  <wp:posOffset>1874520</wp:posOffset>
                </wp:positionH>
                <wp:positionV relativeFrom="paragraph">
                  <wp:posOffset>76200</wp:posOffset>
                </wp:positionV>
                <wp:extent cx="274320" cy="278130"/>
                <wp:effectExtent l="57150" t="19050" r="68580" b="102870"/>
                <wp:wrapNone/>
                <wp:docPr id="147657550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FFD5E" id="Rectángulo 1" o:spid="_x0000_s1026" style="position:absolute;margin-left:147.6pt;margin-top:6pt;width:21.6pt;height:21.9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/>
          <w:sz w:val="28"/>
        </w:rPr>
        <w:t xml:space="preserve">  - Personal assistance</w:t>
      </w:r>
    </w:p>
    <w:p w14:paraId="1B2C933A" w14:textId="6A873A04" w:rsidR="002C072C" w:rsidRDefault="00BC5BA8" w:rsidP="00835C32">
      <w:pPr>
        <w:spacing w:before="240" w:after="240" w:line="480" w:lineRule="auto"/>
      </w:pPr>
      <w:r>
        <w:rPr>
          <w:rFonts w:ascii="Arial" w:hAnsi="Arial"/>
          <w:noProof/>
          <w:sz w:val="28"/>
        </w:rPr>
        <w:drawing>
          <wp:anchor distT="0" distB="0" distL="114300" distR="114300" simplePos="0" relativeHeight="251766272" behindDoc="1" locked="0" layoutInCell="1" allowOverlap="1" wp14:anchorId="54EBD36C" wp14:editId="0F52F680">
            <wp:simplePos x="0" y="0"/>
            <wp:positionH relativeFrom="column">
              <wp:posOffset>3771900</wp:posOffset>
            </wp:positionH>
            <wp:positionV relativeFrom="paragraph">
              <wp:posOffset>430531</wp:posOffset>
            </wp:positionV>
            <wp:extent cx="1150571" cy="1224794"/>
            <wp:effectExtent l="0" t="0" r="0" b="0"/>
            <wp:wrapNone/>
            <wp:docPr id="34914590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620" cy="1229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C32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1F6373F" wp14:editId="31F972A8">
                <wp:simplePos x="0" y="0"/>
                <wp:positionH relativeFrom="column">
                  <wp:posOffset>2796540</wp:posOffset>
                </wp:positionH>
                <wp:positionV relativeFrom="paragraph">
                  <wp:posOffset>482600</wp:posOffset>
                </wp:positionV>
                <wp:extent cx="274320" cy="278130"/>
                <wp:effectExtent l="57150" t="19050" r="68580" b="102870"/>
                <wp:wrapNone/>
                <wp:docPr id="107258046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F9944" id="Rectángulo 1" o:spid="_x0000_s1026" style="position:absolute;margin-left:220.2pt;margin-top:38pt;width:21.6pt;height:21.9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&#13;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/>
          <w:sz w:val="28"/>
        </w:rPr>
        <w:t xml:space="preserve">  - Communication support</w:t>
      </w:r>
    </w:p>
    <w:p w14:paraId="1818DE6E" w14:textId="0341094A" w:rsidR="002C072C" w:rsidRDefault="00835C32" w:rsidP="00835C32">
      <w:pPr>
        <w:spacing w:before="240" w:after="240" w:line="480" w:lineRule="auto"/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D4FEE62" wp14:editId="43386081">
                <wp:simplePos x="0" y="0"/>
                <wp:positionH relativeFrom="column">
                  <wp:posOffset>2762250</wp:posOffset>
                </wp:positionH>
                <wp:positionV relativeFrom="paragraph">
                  <wp:posOffset>517525</wp:posOffset>
                </wp:positionV>
                <wp:extent cx="274320" cy="278130"/>
                <wp:effectExtent l="57150" t="19050" r="68580" b="102870"/>
                <wp:wrapNone/>
                <wp:docPr id="61281515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8F80A" id="Rectángulo 1" o:spid="_x0000_s1026" style="position:absolute;margin-left:217.5pt;margin-top:40.75pt;width:21.6pt;height:21.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/>
          <w:sz w:val="28"/>
        </w:rPr>
        <w:t xml:space="preserve">  - Social and political participation</w:t>
      </w:r>
    </w:p>
    <w:p w14:paraId="0D19EAF2" w14:textId="4FAA963F" w:rsidR="002C072C" w:rsidRDefault="00835C32" w:rsidP="00835C32">
      <w:pPr>
        <w:spacing w:before="240" w:after="240" w:line="480" w:lineRule="auto"/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B44F059" wp14:editId="4B0F7944">
                <wp:simplePos x="0" y="0"/>
                <wp:positionH relativeFrom="column">
                  <wp:posOffset>2118360</wp:posOffset>
                </wp:positionH>
                <wp:positionV relativeFrom="paragraph">
                  <wp:posOffset>534670</wp:posOffset>
                </wp:positionV>
                <wp:extent cx="274320" cy="278130"/>
                <wp:effectExtent l="57150" t="19050" r="68580" b="102870"/>
                <wp:wrapNone/>
                <wp:docPr id="639959184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F6688" id="Rectángulo 1" o:spid="_x0000_s1026" style="position:absolute;margin-left:166.8pt;margin-top:42.1pt;width:21.6pt;height:21.9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/>
          <w:sz w:val="28"/>
        </w:rPr>
        <w:t xml:space="preserve">  - Access to buildings and spaces</w:t>
      </w:r>
    </w:p>
    <w:p w14:paraId="3656F63E" w14:textId="5155894D" w:rsidR="002C072C" w:rsidRDefault="00BC5BA8" w:rsidP="00835C32">
      <w:pPr>
        <w:spacing w:before="240" w:after="240" w:line="480" w:lineRule="auto"/>
      </w:pPr>
      <w:r>
        <w:rPr>
          <w:rFonts w:ascii="Arial" w:hAnsi="Arial"/>
          <w:noProof/>
          <w:sz w:val="28"/>
        </w:rPr>
        <w:drawing>
          <wp:anchor distT="0" distB="0" distL="114300" distR="114300" simplePos="0" relativeHeight="251772416" behindDoc="1" locked="0" layoutInCell="1" allowOverlap="1" wp14:anchorId="33FADF0B" wp14:editId="52096C4B">
            <wp:simplePos x="0" y="0"/>
            <wp:positionH relativeFrom="column">
              <wp:posOffset>3718560</wp:posOffset>
            </wp:positionH>
            <wp:positionV relativeFrom="paragraph">
              <wp:posOffset>110490</wp:posOffset>
            </wp:positionV>
            <wp:extent cx="1280160" cy="1280160"/>
            <wp:effectExtent l="0" t="0" r="0" b="0"/>
            <wp:wrapNone/>
            <wp:docPr id="16806557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C32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B6F3C46" wp14:editId="03A231C7">
                <wp:simplePos x="0" y="0"/>
                <wp:positionH relativeFrom="column">
                  <wp:posOffset>1104900</wp:posOffset>
                </wp:positionH>
                <wp:positionV relativeFrom="paragraph">
                  <wp:posOffset>511810</wp:posOffset>
                </wp:positionV>
                <wp:extent cx="274320" cy="278130"/>
                <wp:effectExtent l="57150" t="19050" r="68580" b="102870"/>
                <wp:wrapNone/>
                <wp:docPr id="182561502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72061" id="Rectángulo 1" o:spid="_x0000_s1026" style="position:absolute;margin-left:87pt;margin-top:40.3pt;width:21.6pt;height:21.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/>
          <w:sz w:val="28"/>
        </w:rPr>
        <w:t xml:space="preserve">  - Education and learning</w:t>
      </w:r>
      <w:r w:rsidR="00835C32">
        <w:rPr>
          <w:rFonts w:ascii="Arial" w:hAnsi="Arial"/>
          <w:sz w:val="28"/>
        </w:rPr>
        <w:t xml:space="preserve"> </w:t>
      </w:r>
    </w:p>
    <w:p w14:paraId="4131886F" w14:textId="0A4E33B2" w:rsidR="002C072C" w:rsidRDefault="00000000" w:rsidP="00835C32">
      <w:pPr>
        <w:spacing w:before="240" w:after="240" w:line="480" w:lineRule="auto"/>
      </w:pPr>
      <w:r>
        <w:rPr>
          <w:rFonts w:ascii="Arial" w:hAnsi="Arial"/>
          <w:sz w:val="28"/>
        </w:rPr>
        <w:t xml:space="preserve">  - Transport</w:t>
      </w:r>
      <w:r w:rsidR="00835C32">
        <w:rPr>
          <w:rFonts w:ascii="Arial" w:hAnsi="Arial"/>
          <w:sz w:val="28"/>
        </w:rPr>
        <w:t xml:space="preserve"> </w:t>
      </w:r>
    </w:p>
    <w:p w14:paraId="244BD0FC" w14:textId="2A1C9B95" w:rsidR="002C072C" w:rsidRDefault="00835C32" w:rsidP="00835C32">
      <w:pPr>
        <w:spacing w:before="240" w:after="240" w:line="480" w:lineRule="auto"/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6BF0275" wp14:editId="32A4F928">
                <wp:simplePos x="0" y="0"/>
                <wp:positionH relativeFrom="column">
                  <wp:posOffset>1043940</wp:posOffset>
                </wp:positionH>
                <wp:positionV relativeFrom="paragraph">
                  <wp:posOffset>-41910</wp:posOffset>
                </wp:positionV>
                <wp:extent cx="274320" cy="278130"/>
                <wp:effectExtent l="57150" t="19050" r="68580" b="102870"/>
                <wp:wrapNone/>
                <wp:docPr id="30664188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9E384" id="Rectángulo 1" o:spid="_x0000_s1026" style="position:absolute;margin-left:82.2pt;margin-top:-3.3pt;width:21.6pt;height:21.9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/>
          <w:sz w:val="28"/>
        </w:rPr>
        <w:t xml:space="preserve">  - Advocacy </w:t>
      </w:r>
    </w:p>
    <w:p w14:paraId="0B9D120A" w14:textId="2D962DEC" w:rsidR="002C072C" w:rsidRDefault="00143657" w:rsidP="00835C32">
      <w:pPr>
        <w:spacing w:before="240" w:after="240" w:line="480" w:lineRule="auto"/>
      </w:pPr>
      <w:r>
        <w:rPr>
          <w:rFonts w:ascii="Arial" w:hAnsi="Arial"/>
          <w:noProof/>
          <w:sz w:val="28"/>
        </w:rPr>
        <w:drawing>
          <wp:anchor distT="0" distB="0" distL="114300" distR="114300" simplePos="0" relativeHeight="251777536" behindDoc="1" locked="0" layoutInCell="1" allowOverlap="1" wp14:anchorId="5F8BA4D8" wp14:editId="5DC2CDCD">
            <wp:simplePos x="0" y="0"/>
            <wp:positionH relativeFrom="column">
              <wp:posOffset>3688080</wp:posOffset>
            </wp:positionH>
            <wp:positionV relativeFrom="paragraph">
              <wp:posOffset>-160020</wp:posOffset>
            </wp:positionV>
            <wp:extent cx="1524000" cy="1462405"/>
            <wp:effectExtent l="0" t="0" r="0" b="4445"/>
            <wp:wrapTight wrapText="bothSides">
              <wp:wrapPolygon edited="0">
                <wp:start x="0" y="0"/>
                <wp:lineTo x="0" y="21384"/>
                <wp:lineTo x="21330" y="21384"/>
                <wp:lineTo x="21330" y="0"/>
                <wp:lineTo x="0" y="0"/>
              </wp:wrapPolygon>
            </wp:wrapTight>
            <wp:docPr id="54057680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D89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F989909" wp14:editId="28FF2799">
                <wp:simplePos x="0" y="0"/>
                <wp:positionH relativeFrom="column">
                  <wp:posOffset>929640</wp:posOffset>
                </wp:positionH>
                <wp:positionV relativeFrom="paragraph">
                  <wp:posOffset>-48260</wp:posOffset>
                </wp:positionV>
                <wp:extent cx="274320" cy="278130"/>
                <wp:effectExtent l="57150" t="19050" r="68580" b="102870"/>
                <wp:wrapNone/>
                <wp:docPr id="70479481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EDC22" id="Rectángulo 1" o:spid="_x0000_s1026" style="position:absolute;margin-left:73.2pt;margin-top:-3.8pt;width:21.6pt;height:21.9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 w:rsidR="00835C32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F0C66B4" wp14:editId="58FDFE08">
                <wp:simplePos x="0" y="0"/>
                <wp:positionH relativeFrom="column">
                  <wp:posOffset>2590800</wp:posOffset>
                </wp:positionH>
                <wp:positionV relativeFrom="paragraph">
                  <wp:posOffset>508000</wp:posOffset>
                </wp:positionV>
                <wp:extent cx="274320" cy="278130"/>
                <wp:effectExtent l="57150" t="19050" r="68580" b="102870"/>
                <wp:wrapNone/>
                <wp:docPr id="98066467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DCB1D" id="Rectángulo 1" o:spid="_x0000_s1026" style="position:absolute;margin-left:204pt;margin-top:40pt;width:21.6pt;height:21.9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/>
          <w:sz w:val="28"/>
        </w:rPr>
        <w:t xml:space="preserve">  - Housing</w:t>
      </w:r>
      <w:r w:rsidR="00835C32">
        <w:rPr>
          <w:rFonts w:ascii="Arial" w:hAnsi="Arial"/>
          <w:sz w:val="28"/>
        </w:rPr>
        <w:t xml:space="preserve"> </w:t>
      </w:r>
    </w:p>
    <w:p w14:paraId="23C9CFD8" w14:textId="1B80197A" w:rsidR="002C072C" w:rsidRDefault="00835C32" w:rsidP="00835C32">
      <w:pPr>
        <w:spacing w:before="240" w:after="240" w:line="480" w:lineRule="auto"/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86D5BAD" wp14:editId="60834A99">
                <wp:simplePos x="0" y="0"/>
                <wp:positionH relativeFrom="column">
                  <wp:posOffset>2918460</wp:posOffset>
                </wp:positionH>
                <wp:positionV relativeFrom="paragraph">
                  <wp:posOffset>538480</wp:posOffset>
                </wp:positionV>
                <wp:extent cx="274320" cy="278130"/>
                <wp:effectExtent l="57150" t="19050" r="68580" b="102870"/>
                <wp:wrapNone/>
                <wp:docPr id="171751592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D6407" id="Rectángulo 1" o:spid="_x0000_s1026" style="position:absolute;margin-left:229.8pt;margin-top:42.4pt;width:21.6pt;height:21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/>
          <w:sz w:val="28"/>
        </w:rPr>
        <w:t xml:space="preserve">  - Benefits and social protection </w:t>
      </w:r>
    </w:p>
    <w:p w14:paraId="10374C84" w14:textId="4B65B722" w:rsidR="002C072C" w:rsidRDefault="00143657" w:rsidP="00835C32">
      <w:pPr>
        <w:spacing w:before="240" w:after="240" w:line="480" w:lineRule="auto"/>
      </w:pPr>
      <w:r>
        <w:rPr>
          <w:rFonts w:ascii="Arial" w:hAnsi="Arial"/>
          <w:noProof/>
          <w:sz w:val="28"/>
        </w:rPr>
        <w:drawing>
          <wp:anchor distT="0" distB="0" distL="114300" distR="114300" simplePos="0" relativeHeight="251781632" behindDoc="1" locked="0" layoutInCell="1" allowOverlap="1" wp14:anchorId="0A1CAC87" wp14:editId="700F305D">
            <wp:simplePos x="0" y="0"/>
            <wp:positionH relativeFrom="column">
              <wp:posOffset>3742055</wp:posOffset>
            </wp:positionH>
            <wp:positionV relativeFrom="paragraph">
              <wp:posOffset>355600</wp:posOffset>
            </wp:positionV>
            <wp:extent cx="1588303" cy="1501140"/>
            <wp:effectExtent l="0" t="0" r="0" b="3810"/>
            <wp:wrapNone/>
            <wp:docPr id="58028438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0" r="4474" b="18421"/>
                    <a:stretch/>
                  </pic:blipFill>
                  <pic:spPr bwMode="auto">
                    <a:xfrm>
                      <a:off x="0" y="0"/>
                      <a:ext cx="1588303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C32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AC9A23E" wp14:editId="0880FC17">
                <wp:simplePos x="0" y="0"/>
                <wp:positionH relativeFrom="column">
                  <wp:posOffset>1211580</wp:posOffset>
                </wp:positionH>
                <wp:positionV relativeFrom="paragraph">
                  <wp:posOffset>538480</wp:posOffset>
                </wp:positionV>
                <wp:extent cx="274320" cy="278130"/>
                <wp:effectExtent l="57150" t="19050" r="68580" b="102870"/>
                <wp:wrapNone/>
                <wp:docPr id="109346148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336A8" id="Rectángulo 1" o:spid="_x0000_s1026" style="position:absolute;margin-left:95.4pt;margin-top:42.4pt;width:21.6pt;height:21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/>
          <w:sz w:val="28"/>
        </w:rPr>
        <w:t xml:space="preserve">  - Legal rights and decision-making</w:t>
      </w:r>
      <w:r w:rsidR="00835C32">
        <w:rPr>
          <w:rFonts w:ascii="Arial" w:hAnsi="Arial"/>
          <w:sz w:val="28"/>
        </w:rPr>
        <w:t xml:space="preserve"> </w:t>
      </w:r>
    </w:p>
    <w:p w14:paraId="347F1C86" w14:textId="002296C7" w:rsidR="002C072C" w:rsidRDefault="00835C32" w:rsidP="00143657">
      <w:pPr>
        <w:tabs>
          <w:tab w:val="left" w:pos="5904"/>
        </w:tabs>
        <w:spacing w:before="240" w:after="240" w:line="480" w:lineRule="auto"/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285AB45" wp14:editId="79C5D5DA">
                <wp:simplePos x="0" y="0"/>
                <wp:positionH relativeFrom="column">
                  <wp:posOffset>1333500</wp:posOffset>
                </wp:positionH>
                <wp:positionV relativeFrom="paragraph">
                  <wp:posOffset>508000</wp:posOffset>
                </wp:positionV>
                <wp:extent cx="274320" cy="278130"/>
                <wp:effectExtent l="57150" t="19050" r="68580" b="102870"/>
                <wp:wrapNone/>
                <wp:docPr id="20327119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1F669" id="Rectángulo 1" o:spid="_x0000_s1026" style="position:absolute;margin-left:105pt;margin-top:40pt;width:21.6pt;height:21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/>
          <w:sz w:val="28"/>
        </w:rPr>
        <w:t xml:space="preserve">  - Information </w:t>
      </w:r>
      <w:r w:rsidR="00143657">
        <w:rPr>
          <w:rFonts w:ascii="Arial" w:hAnsi="Arial"/>
          <w:sz w:val="28"/>
        </w:rPr>
        <w:tab/>
      </w:r>
    </w:p>
    <w:p w14:paraId="0B761FD8" w14:textId="75A14536" w:rsidR="002C072C" w:rsidRDefault="00835C32" w:rsidP="00143657">
      <w:pPr>
        <w:tabs>
          <w:tab w:val="left" w:pos="5184"/>
        </w:tabs>
        <w:spacing w:before="240" w:after="240" w:line="480" w:lineRule="auto"/>
      </w:pPr>
      <w:r>
        <w:rPr>
          <w:rFonts w:ascii="Arial" w:hAnsi="Arial"/>
          <w:sz w:val="28"/>
        </w:rPr>
        <w:t xml:space="preserve">  - Peer support </w:t>
      </w:r>
      <w:r w:rsidR="00143657">
        <w:rPr>
          <w:rFonts w:ascii="Arial" w:hAnsi="Arial"/>
          <w:sz w:val="28"/>
        </w:rPr>
        <w:tab/>
      </w:r>
    </w:p>
    <w:p w14:paraId="4DB048CE" w14:textId="59C8B55A" w:rsidR="002C072C" w:rsidRDefault="00CC65B8" w:rsidP="00143657">
      <w:pPr>
        <w:tabs>
          <w:tab w:val="left" w:pos="5184"/>
        </w:tabs>
        <w:spacing w:before="240" w:after="240" w:line="480" w:lineRule="auto"/>
      </w:pPr>
      <w:r>
        <w:rPr>
          <w:rFonts w:ascii="Arial" w:hAnsi="Arial"/>
          <w:noProof/>
          <w:sz w:val="28"/>
        </w:rPr>
        <w:lastRenderedPageBreak/>
        <w:drawing>
          <wp:anchor distT="0" distB="0" distL="114300" distR="114300" simplePos="0" relativeHeight="251784704" behindDoc="1" locked="0" layoutInCell="1" allowOverlap="1" wp14:anchorId="4CCB243A" wp14:editId="671494F8">
            <wp:simplePos x="0" y="0"/>
            <wp:positionH relativeFrom="column">
              <wp:posOffset>4012565</wp:posOffset>
            </wp:positionH>
            <wp:positionV relativeFrom="paragraph">
              <wp:posOffset>0</wp:posOffset>
            </wp:positionV>
            <wp:extent cx="1539240" cy="1670050"/>
            <wp:effectExtent l="0" t="0" r="3810" b="6350"/>
            <wp:wrapTight wrapText="bothSides">
              <wp:wrapPolygon edited="0">
                <wp:start x="0" y="0"/>
                <wp:lineTo x="0" y="21436"/>
                <wp:lineTo x="21386" y="21436"/>
                <wp:lineTo x="21386" y="0"/>
                <wp:lineTo x="0" y="0"/>
              </wp:wrapPolygon>
            </wp:wrapTight>
            <wp:docPr id="186921817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5" t="3922" r="8333" b="8824"/>
                    <a:stretch/>
                  </pic:blipFill>
                  <pic:spPr bwMode="auto">
                    <a:xfrm>
                      <a:off x="0" y="0"/>
                      <a:ext cx="153924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645E1CFC" wp14:editId="5822E244">
                <wp:simplePos x="0" y="0"/>
                <wp:positionH relativeFrom="column">
                  <wp:posOffset>1421716</wp:posOffset>
                </wp:positionH>
                <wp:positionV relativeFrom="paragraph">
                  <wp:posOffset>26377</wp:posOffset>
                </wp:positionV>
                <wp:extent cx="301576" cy="272561"/>
                <wp:effectExtent l="0" t="0" r="16510" b="6985"/>
                <wp:wrapNone/>
                <wp:docPr id="426720886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76" cy="2725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31DFB6" w14:textId="77777777" w:rsidR="00CC65B8" w:rsidRDefault="00CC65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5E1CFC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111.95pt;margin-top:2.1pt;width:23.75pt;height:21.45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" fillcolor="white [3201]" strokeweight=".5pt">
                <v:textbox>
                  <w:txbxContent>
                    <w:p w14:paraId="6A31DFB6" w14:textId="77777777" w:rsidR="00CC65B8" w:rsidRDefault="00CC65B8"/>
                  </w:txbxContent>
                </v:textbox>
              </v:shape>
            </w:pict>
          </mc:Fallback>
        </mc:AlternateContent>
      </w:r>
      <w:r w:rsidR="00835C32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437EC2D" wp14:editId="3EC7CAEF">
                <wp:simplePos x="0" y="0"/>
                <wp:positionH relativeFrom="column">
                  <wp:posOffset>1143000</wp:posOffset>
                </wp:positionH>
                <wp:positionV relativeFrom="paragraph">
                  <wp:posOffset>526415</wp:posOffset>
                </wp:positionV>
                <wp:extent cx="274320" cy="278130"/>
                <wp:effectExtent l="57150" t="19050" r="68580" b="102870"/>
                <wp:wrapNone/>
                <wp:docPr id="168042590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07CF6" id="Rectángulo 1" o:spid="_x0000_s1026" style="position:absolute;margin-left:90pt;margin-top:41.45pt;width:21.6pt;height:21.9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 w:rsidR="00143657">
        <w:rPr>
          <w:rFonts w:ascii="Arial" w:hAnsi="Arial"/>
          <w:sz w:val="28"/>
        </w:rPr>
        <w:t xml:space="preserve">  - Work and jobs</w:t>
      </w:r>
      <w:r w:rsidR="00835C32">
        <w:rPr>
          <w:rFonts w:ascii="Arial" w:hAnsi="Arial"/>
          <w:sz w:val="28"/>
        </w:rPr>
        <w:t xml:space="preserve"> </w:t>
      </w:r>
      <w:r w:rsidR="00143657">
        <w:rPr>
          <w:rFonts w:ascii="Arial" w:hAnsi="Arial"/>
          <w:sz w:val="28"/>
        </w:rPr>
        <w:tab/>
      </w:r>
    </w:p>
    <w:p w14:paraId="7EE5EE88" w14:textId="7E5A600D" w:rsidR="002C072C" w:rsidRDefault="00835C32" w:rsidP="00835C32">
      <w:pPr>
        <w:spacing w:before="240" w:after="240" w:line="480" w:lineRule="auto"/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243DCED1" wp14:editId="6C23CD61">
                <wp:simplePos x="0" y="0"/>
                <wp:positionH relativeFrom="column">
                  <wp:posOffset>1946910</wp:posOffset>
                </wp:positionH>
                <wp:positionV relativeFrom="paragraph">
                  <wp:posOffset>521970</wp:posOffset>
                </wp:positionV>
                <wp:extent cx="274320" cy="247650"/>
                <wp:effectExtent l="57150" t="19050" r="68580" b="95250"/>
                <wp:wrapNone/>
                <wp:docPr id="156460387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A6CCC" id="Rectángulo 1" o:spid="_x0000_s1026" style="position:absolute;margin-left:153.3pt;margin-top:41.1pt;width:21.6pt;height:19.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&#13;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/>
          <w:sz w:val="28"/>
        </w:rPr>
        <w:t xml:space="preserve">  - Healthcare </w:t>
      </w:r>
    </w:p>
    <w:p w14:paraId="55FCE698" w14:textId="309A9506" w:rsidR="002C072C" w:rsidRDefault="00000000" w:rsidP="00835C32">
      <w:pPr>
        <w:spacing w:before="240" w:after="240" w:line="480" w:lineRule="auto"/>
      </w:pPr>
      <w:r>
        <w:rPr>
          <w:rFonts w:ascii="Arial" w:hAnsi="Arial"/>
          <w:sz w:val="28"/>
        </w:rPr>
        <w:t xml:space="preserve">  - Technology and aids</w:t>
      </w:r>
      <w:r w:rsidR="00835C32">
        <w:rPr>
          <w:rFonts w:ascii="Arial" w:hAnsi="Arial"/>
          <w:sz w:val="28"/>
        </w:rPr>
        <w:t xml:space="preserve"> </w:t>
      </w:r>
    </w:p>
    <w:p w14:paraId="704163D0" w14:textId="2BEF3EA2" w:rsidR="00835C32" w:rsidRDefault="00CC65B8">
      <w:pPr>
        <w:pStyle w:val="Heading2"/>
        <w:spacing w:before="240" w:after="240" w:line="360" w:lineRule="auto"/>
        <w:rPr>
          <w:rFonts w:ascii="Arial" w:hAnsi="Arial"/>
          <w:sz w:val="28"/>
        </w:rPr>
      </w:pPr>
      <w:r>
        <w:rPr>
          <w:rFonts w:ascii="Arial" w:hAnsi="Arial"/>
          <w:noProof/>
          <w:sz w:val="28"/>
        </w:rPr>
        <w:drawing>
          <wp:anchor distT="0" distB="0" distL="114300" distR="114300" simplePos="0" relativeHeight="251788800" behindDoc="0" locked="0" layoutInCell="1" allowOverlap="1" wp14:anchorId="4C7F0E9B" wp14:editId="73680424">
            <wp:simplePos x="0" y="0"/>
            <wp:positionH relativeFrom="column">
              <wp:posOffset>3888936</wp:posOffset>
            </wp:positionH>
            <wp:positionV relativeFrom="paragraph">
              <wp:posOffset>399464</wp:posOffset>
            </wp:positionV>
            <wp:extent cx="1727835" cy="1804670"/>
            <wp:effectExtent l="0" t="0" r="5715" b="5080"/>
            <wp:wrapNone/>
            <wp:docPr id="1995552367" name="Imagen 1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552367" name="Imagen 11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668DD" w14:textId="40B0A32A" w:rsidR="00CC65B8" w:rsidRDefault="00CC65B8">
      <w:pPr>
        <w:pStyle w:val="Heading2"/>
        <w:spacing w:before="240" w:after="240" w:line="360" w:lineRule="auto"/>
        <w:rPr>
          <w:rFonts w:ascii="Arial" w:hAnsi="Arial"/>
          <w:sz w:val="28"/>
        </w:rPr>
      </w:pPr>
    </w:p>
    <w:p w14:paraId="7031F8FE" w14:textId="1354C8D9" w:rsidR="00CC65B8" w:rsidRDefault="00CC65B8">
      <w:pPr>
        <w:pStyle w:val="Heading2"/>
        <w:spacing w:before="240" w:after="240" w:line="360" w:lineRule="auto"/>
        <w:rPr>
          <w:rFonts w:ascii="Arial" w:hAnsi="Arial"/>
          <w:sz w:val="28"/>
        </w:rPr>
      </w:pPr>
    </w:p>
    <w:p w14:paraId="150EFA1B" w14:textId="5EBDD4D1" w:rsidR="00CC65B8" w:rsidRDefault="00CC65B8">
      <w:pPr>
        <w:pStyle w:val="Heading2"/>
        <w:spacing w:before="240" w:after="240" w:line="360" w:lineRule="auto"/>
        <w:rPr>
          <w:rFonts w:ascii="Arial" w:hAnsi="Arial"/>
          <w:sz w:val="28"/>
        </w:rPr>
      </w:pPr>
    </w:p>
    <w:p w14:paraId="6227338D" w14:textId="6072FFAC" w:rsidR="002C072C" w:rsidRDefault="00000000">
      <w:pPr>
        <w:pStyle w:val="Heading2"/>
        <w:spacing w:before="240" w:after="240" w:line="360" w:lineRule="auto"/>
      </w:pPr>
      <w:r>
        <w:rPr>
          <w:rFonts w:ascii="Arial" w:hAnsi="Arial"/>
          <w:sz w:val="28"/>
        </w:rPr>
        <w:t>Section 4: Your Ideas</w:t>
      </w:r>
    </w:p>
    <w:p w14:paraId="14F19C5D" w14:textId="236F2EAE" w:rsidR="002C072C" w:rsidRPr="00143657" w:rsidRDefault="00000000" w:rsidP="00143657">
      <w:pPr>
        <w:pStyle w:val="Heading3"/>
        <w:rPr>
          <w:rFonts w:ascii="Arial" w:hAnsi="Arial" w:cs="Arial"/>
        </w:rPr>
      </w:pPr>
      <w:r w:rsidRPr="00143657">
        <w:rPr>
          <w:rFonts w:ascii="Arial" w:hAnsi="Arial" w:cs="Arial"/>
          <w:color w:val="auto"/>
          <w:sz w:val="28"/>
          <w:szCs w:val="28"/>
        </w:rPr>
        <w:t>7. Is there anything else you want to tell us about ENIL’s plans?</w:t>
      </w:r>
    </w:p>
    <w:p w14:paraId="44A55A1A" w14:textId="369C7989" w:rsidR="00CC65B8" w:rsidRDefault="00143657" w:rsidP="00143657">
      <w:pPr>
        <w:spacing w:before="240" w:after="240" w:line="480" w:lineRule="auto"/>
        <w:rPr>
          <w:sz w:val="28"/>
          <w:szCs w:val="28"/>
        </w:rPr>
      </w:pPr>
      <w:r w:rsidRPr="00143657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4086418" w14:textId="6D893AE5" w:rsidR="002C072C" w:rsidRDefault="00143657" w:rsidP="00143657">
      <w:pPr>
        <w:spacing w:before="240" w:after="240" w:line="480" w:lineRule="auto"/>
      </w:pPr>
      <w:r>
        <w:t>________________________________________________________________________________________</w:t>
      </w:r>
    </w:p>
    <w:sectPr w:rsidR="002C072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0000000000000000000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44A39B8"/>
    <w:multiLevelType w:val="hybridMultilevel"/>
    <w:tmpl w:val="ECE0D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AD51CC"/>
    <w:multiLevelType w:val="hybridMultilevel"/>
    <w:tmpl w:val="817CF4F2"/>
    <w:lvl w:ilvl="0" w:tplc="0102F2C2">
      <w:numFmt w:val="bullet"/>
      <w:lvlText w:val="-"/>
      <w:lvlJc w:val="left"/>
      <w:pPr>
        <w:ind w:left="516" w:hanging="360"/>
      </w:pPr>
      <w:rPr>
        <w:rFonts w:ascii="Arial" w:eastAsiaTheme="minorEastAsia" w:hAnsi="Arial" w:cs="Arial" w:hint="default"/>
        <w:sz w:val="28"/>
      </w:rPr>
    </w:lvl>
    <w:lvl w:ilvl="1" w:tplc="0C0A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num w:numId="1" w16cid:durableId="1144591151">
    <w:abstractNumId w:val="8"/>
  </w:num>
  <w:num w:numId="2" w16cid:durableId="429930956">
    <w:abstractNumId w:val="6"/>
  </w:num>
  <w:num w:numId="3" w16cid:durableId="359428772">
    <w:abstractNumId w:val="5"/>
  </w:num>
  <w:num w:numId="4" w16cid:durableId="2034915414">
    <w:abstractNumId w:val="4"/>
  </w:num>
  <w:num w:numId="5" w16cid:durableId="1328553184">
    <w:abstractNumId w:val="7"/>
  </w:num>
  <w:num w:numId="6" w16cid:durableId="1861746844">
    <w:abstractNumId w:val="3"/>
  </w:num>
  <w:num w:numId="7" w16cid:durableId="714042234">
    <w:abstractNumId w:val="2"/>
  </w:num>
  <w:num w:numId="8" w16cid:durableId="1614242977">
    <w:abstractNumId w:val="1"/>
  </w:num>
  <w:num w:numId="9" w16cid:durableId="1365789325">
    <w:abstractNumId w:val="0"/>
  </w:num>
  <w:num w:numId="10" w16cid:durableId="57822367">
    <w:abstractNumId w:val="9"/>
  </w:num>
  <w:num w:numId="11" w16cid:durableId="4877117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E11FD"/>
    <w:rsid w:val="00143657"/>
    <w:rsid w:val="0015074B"/>
    <w:rsid w:val="001E7518"/>
    <w:rsid w:val="0029639D"/>
    <w:rsid w:val="002A3D89"/>
    <w:rsid w:val="002C072C"/>
    <w:rsid w:val="00326F90"/>
    <w:rsid w:val="00835C32"/>
    <w:rsid w:val="00A44BF2"/>
    <w:rsid w:val="00AA1D8D"/>
    <w:rsid w:val="00B47730"/>
    <w:rsid w:val="00BC5BA8"/>
    <w:rsid w:val="00CB0664"/>
    <w:rsid w:val="00CC65B8"/>
    <w:rsid w:val="00CF51C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5B3847"/>
  <w14:defaultImageDpi w14:val="300"/>
  <w15:docId w15:val="{C7D7951A-D314-40D4-B233-AC1E8F3E7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CC65B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65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kamil.goungor@enil.e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374</Words>
  <Characters>2134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2503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Ines Bulic</cp:lastModifiedBy>
  <cp:revision>2</cp:revision>
  <dcterms:created xsi:type="dcterms:W3CDTF">2024-12-13T11:02:00Z</dcterms:created>
  <dcterms:modified xsi:type="dcterms:W3CDTF">2024-12-13T11:02:00Z</dcterms:modified>
  <cp:category/>
</cp:coreProperties>
</file>